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8612C" w14:paraId="74549586" w14:textId="77777777" w:rsidTr="00B97BF5">
        <w:trPr>
          <w:jc w:val="center"/>
        </w:trPr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111406" w14:textId="49A127F2" w:rsidR="00A8612C" w:rsidRPr="00B97BF5" w:rsidRDefault="00A8612C">
            <w:pPr>
              <w:spacing w:after="0"/>
              <w:rPr>
                <w:lang w:val="es-CO"/>
              </w:rPr>
            </w:pPr>
          </w:p>
        </w:tc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39FABA" w14:textId="156E7592" w:rsidR="00A8612C" w:rsidRDefault="00A8612C">
            <w:pPr>
              <w:spacing w:after="0"/>
            </w:pPr>
          </w:p>
        </w:tc>
      </w:tr>
      <w:tr w:rsidR="00A8612C" w14:paraId="042C3B00" w14:textId="77777777" w:rsidTr="00B97BF5">
        <w:trPr>
          <w:jc w:val="center"/>
        </w:trPr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9B5EA1" w14:textId="77777777" w:rsidR="00A8612C" w:rsidRDefault="006E6561">
            <w:pPr>
              <w:spacing w:after="0"/>
            </w:pPr>
            <w:proofErr w:type="spellStart"/>
            <w:r>
              <w:rPr>
                <w:sz w:val="17"/>
              </w:rPr>
              <w:t>Solicitud</w:t>
            </w:r>
            <w:proofErr w:type="spellEnd"/>
            <w:r>
              <w:rPr>
                <w:sz w:val="17"/>
              </w:rPr>
              <w:t xml:space="preserve"> No.: __________________________</w:t>
            </w:r>
          </w:p>
        </w:tc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98A27F9" w14:textId="77777777" w:rsidR="00A8612C" w:rsidRDefault="006E6561">
            <w:pPr>
              <w:spacing w:after="0"/>
            </w:pPr>
            <w:r>
              <w:rPr>
                <w:sz w:val="17"/>
              </w:rPr>
              <w:t>Fecha de radicación: ____ / ____ / ______</w:t>
            </w:r>
          </w:p>
        </w:tc>
      </w:tr>
    </w:tbl>
    <w:p w14:paraId="2FE023AD" w14:textId="77777777" w:rsidR="00A8612C" w:rsidRPr="00B97BF5" w:rsidRDefault="00A8612C">
      <w:pPr>
        <w:spacing w:after="0"/>
        <w:rPr>
          <w:color w:val="auto"/>
        </w:rPr>
      </w:pPr>
    </w:p>
    <w:tbl>
      <w:tblPr>
        <w:tblW w:w="0" w:type="auto"/>
        <w:jc w:val="center"/>
        <w:tblBorders>
          <w:top w:val="single" w:sz="4" w:space="0" w:color="D5DEE6"/>
          <w:left w:val="single" w:sz="4" w:space="0" w:color="D5DEE6"/>
          <w:bottom w:val="single" w:sz="4" w:space="0" w:color="D5DEE6"/>
          <w:right w:val="single" w:sz="4" w:space="0" w:color="D5DEE6"/>
          <w:insideH w:val="single" w:sz="4" w:space="0" w:color="D5DEE6"/>
          <w:insideV w:val="single" w:sz="4" w:space="0" w:color="D5DEE6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A8612C" w:rsidRPr="00B97BF5" w14:paraId="65B04EE9" w14:textId="77777777">
        <w:trPr>
          <w:jc w:val="center"/>
        </w:trPr>
        <w:tc>
          <w:tcPr>
            <w:tcW w:w="10368" w:type="dxa"/>
            <w:shd w:val="clear" w:color="auto" w:fill="EAF0F4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C571EC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b/>
                <w:color w:val="auto"/>
              </w:rPr>
              <w:t>1. DATOS DEL SOLICITANTE</w:t>
            </w:r>
          </w:p>
        </w:tc>
      </w:tr>
    </w:tbl>
    <w:p w14:paraId="37D03B3A" w14:textId="77777777" w:rsidR="00A8612C" w:rsidRPr="00B97BF5" w:rsidRDefault="00A8612C">
      <w:pPr>
        <w:spacing w:after="0"/>
        <w:rPr>
          <w:color w:val="auto"/>
        </w:rPr>
      </w:pPr>
    </w:p>
    <w:tbl>
      <w:tblPr>
        <w:tblW w:w="0" w:type="auto"/>
        <w:jc w:val="center"/>
        <w:tblBorders>
          <w:top w:val="single" w:sz="5" w:space="0" w:color="CCD5DD"/>
          <w:left w:val="single" w:sz="5" w:space="0" w:color="CCD5DD"/>
          <w:bottom w:val="single" w:sz="5" w:space="0" w:color="CCD5DD"/>
          <w:right w:val="single" w:sz="5" w:space="0" w:color="CCD5DD"/>
          <w:insideH w:val="single" w:sz="5" w:space="0" w:color="CCD5DD"/>
          <w:insideV w:val="single" w:sz="5" w:space="0" w:color="CCD5DD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8612C" w:rsidRPr="00B97BF5" w14:paraId="476788A1" w14:textId="77777777">
        <w:trPr>
          <w:jc w:val="center"/>
        </w:trPr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A7D0034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Nombre o razón social: __________________________________________</w:t>
            </w:r>
          </w:p>
        </w:tc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87DA674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C.C. / NIT: __________________</w:t>
            </w:r>
          </w:p>
        </w:tc>
      </w:tr>
      <w:tr w:rsidR="00A8612C" w:rsidRPr="00B97BF5" w14:paraId="618261DA" w14:textId="77777777">
        <w:trPr>
          <w:jc w:val="center"/>
        </w:trPr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F1762E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Teléfono: __________________________</w:t>
            </w:r>
          </w:p>
        </w:tc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F4FBFEA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Correo electrónico: ______________________________</w:t>
            </w:r>
          </w:p>
        </w:tc>
      </w:tr>
      <w:tr w:rsidR="00A8612C" w:rsidRPr="00B97BF5" w14:paraId="2D89C2C3" w14:textId="77777777">
        <w:trPr>
          <w:jc w:val="center"/>
        </w:trPr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1F0CD1F" w14:textId="77777777" w:rsidR="00A8612C" w:rsidRPr="00B97BF5" w:rsidRDefault="006E6561">
            <w:pPr>
              <w:spacing w:after="0"/>
              <w:rPr>
                <w:color w:val="auto"/>
                <w:lang w:val="es-CO"/>
              </w:rPr>
            </w:pPr>
            <w:r w:rsidRPr="00B97BF5">
              <w:rPr>
                <w:color w:val="auto"/>
                <w:sz w:val="17"/>
                <w:lang w:val="es-CO"/>
              </w:rPr>
              <w:t>Calidad:  ☐ Propietario   ☐ Arrendatario   ☐ Representante   ☐ Otro: ______________________________</w:t>
            </w:r>
          </w:p>
        </w:tc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DFA11CC" w14:textId="77777777" w:rsidR="00A8612C" w:rsidRPr="00B97BF5" w:rsidRDefault="00A8612C">
            <w:pPr>
              <w:spacing w:after="0"/>
              <w:rPr>
                <w:color w:val="auto"/>
                <w:lang w:val="es-CO"/>
              </w:rPr>
            </w:pPr>
          </w:p>
        </w:tc>
      </w:tr>
    </w:tbl>
    <w:p w14:paraId="19016BDD" w14:textId="77777777" w:rsidR="00A8612C" w:rsidRPr="00B97BF5" w:rsidRDefault="00A8612C">
      <w:pPr>
        <w:spacing w:after="0"/>
        <w:rPr>
          <w:color w:val="auto"/>
          <w:lang w:val="es-CO"/>
        </w:rPr>
      </w:pPr>
    </w:p>
    <w:tbl>
      <w:tblPr>
        <w:tblW w:w="0" w:type="auto"/>
        <w:jc w:val="center"/>
        <w:tblBorders>
          <w:top w:val="single" w:sz="4" w:space="0" w:color="D5DEE6"/>
          <w:left w:val="single" w:sz="4" w:space="0" w:color="D5DEE6"/>
          <w:bottom w:val="single" w:sz="4" w:space="0" w:color="D5DEE6"/>
          <w:right w:val="single" w:sz="4" w:space="0" w:color="D5DEE6"/>
          <w:insideH w:val="single" w:sz="4" w:space="0" w:color="D5DEE6"/>
          <w:insideV w:val="single" w:sz="4" w:space="0" w:color="D5DEE6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A8612C" w:rsidRPr="00B97BF5" w14:paraId="4C414B61" w14:textId="77777777">
        <w:trPr>
          <w:jc w:val="center"/>
        </w:trPr>
        <w:tc>
          <w:tcPr>
            <w:tcW w:w="10368" w:type="dxa"/>
            <w:shd w:val="clear" w:color="auto" w:fill="EAF0F4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93B987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b/>
                <w:color w:val="auto"/>
              </w:rPr>
              <w:t>2. UBICACIÓN DEL SERVICIO</w:t>
            </w:r>
          </w:p>
        </w:tc>
      </w:tr>
    </w:tbl>
    <w:p w14:paraId="7FF5B22F" w14:textId="77777777" w:rsidR="00A8612C" w:rsidRPr="00B97BF5" w:rsidRDefault="00A8612C">
      <w:pPr>
        <w:spacing w:after="0"/>
        <w:rPr>
          <w:color w:val="auto"/>
        </w:rPr>
      </w:pPr>
    </w:p>
    <w:tbl>
      <w:tblPr>
        <w:tblW w:w="0" w:type="auto"/>
        <w:jc w:val="center"/>
        <w:tblBorders>
          <w:top w:val="single" w:sz="5" w:space="0" w:color="CCD5DD"/>
          <w:left w:val="single" w:sz="5" w:space="0" w:color="CCD5DD"/>
          <w:bottom w:val="single" w:sz="5" w:space="0" w:color="CCD5DD"/>
          <w:right w:val="single" w:sz="5" w:space="0" w:color="CCD5DD"/>
          <w:insideH w:val="single" w:sz="5" w:space="0" w:color="CCD5DD"/>
          <w:insideV w:val="single" w:sz="5" w:space="0" w:color="CCD5DD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A8612C" w:rsidRPr="00B97BF5" w14:paraId="17EEF741" w14:textId="77777777">
        <w:trPr>
          <w:jc w:val="center"/>
        </w:trPr>
        <w:tc>
          <w:tcPr>
            <w:tcW w:w="3456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C1AF23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Número de bodega: __________________</w:t>
            </w:r>
          </w:p>
        </w:tc>
        <w:tc>
          <w:tcPr>
            <w:tcW w:w="3456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4688126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Número de local: __________________</w:t>
            </w:r>
          </w:p>
        </w:tc>
        <w:tc>
          <w:tcPr>
            <w:tcW w:w="3456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82F4176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Sector: __________________</w:t>
            </w:r>
          </w:p>
        </w:tc>
      </w:tr>
      <w:tr w:rsidR="00A8612C" w:rsidRPr="00B97BF5" w14:paraId="5E5451B0" w14:textId="77777777">
        <w:trPr>
          <w:jc w:val="center"/>
        </w:trPr>
        <w:tc>
          <w:tcPr>
            <w:tcW w:w="3456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590329C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Número de cuenta o medidor (si aplica): ________________________________________________</w:t>
            </w:r>
          </w:p>
        </w:tc>
        <w:tc>
          <w:tcPr>
            <w:tcW w:w="3456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F254C7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Medidor No.: __________________</w:t>
            </w:r>
          </w:p>
        </w:tc>
        <w:tc>
          <w:tcPr>
            <w:tcW w:w="3456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6AB226C" w14:textId="14F15F14" w:rsidR="00A8612C" w:rsidRPr="00B97BF5" w:rsidRDefault="00B97BF5">
            <w:pPr>
              <w:spacing w:after="0"/>
              <w:rPr>
                <w:color w:val="auto"/>
                <w:lang w:val="es-CO"/>
              </w:rPr>
            </w:pPr>
            <w:r w:rsidRPr="00B97BF5">
              <w:rPr>
                <w:color w:val="auto"/>
                <w:lang w:val="es-CO"/>
              </w:rPr>
              <w:t>Capacidad requerida en amperios o</w:t>
            </w:r>
            <w:r>
              <w:rPr>
                <w:color w:val="auto"/>
                <w:lang w:val="es-CO"/>
              </w:rPr>
              <w:t xml:space="preserve"> </w:t>
            </w:r>
            <w:proofErr w:type="spellStart"/>
            <w:proofErr w:type="gramStart"/>
            <w:r>
              <w:rPr>
                <w:color w:val="auto"/>
                <w:lang w:val="es-CO"/>
              </w:rPr>
              <w:t>kva</w:t>
            </w:r>
            <w:proofErr w:type="spellEnd"/>
            <w:r>
              <w:rPr>
                <w:color w:val="auto"/>
                <w:lang w:val="es-CO"/>
              </w:rPr>
              <w:t>:_</w:t>
            </w:r>
            <w:proofErr w:type="gramEnd"/>
            <w:r>
              <w:rPr>
                <w:color w:val="auto"/>
                <w:lang w:val="es-CO"/>
              </w:rPr>
              <w:t>______</w:t>
            </w:r>
          </w:p>
        </w:tc>
      </w:tr>
    </w:tbl>
    <w:p w14:paraId="63CEBF93" w14:textId="77777777" w:rsidR="00A8612C" w:rsidRPr="00B97BF5" w:rsidRDefault="00A8612C">
      <w:pPr>
        <w:spacing w:after="0"/>
        <w:rPr>
          <w:color w:val="auto"/>
          <w:lang w:val="es-CO"/>
        </w:rPr>
      </w:pPr>
    </w:p>
    <w:tbl>
      <w:tblPr>
        <w:tblW w:w="0" w:type="auto"/>
        <w:jc w:val="center"/>
        <w:tblBorders>
          <w:top w:val="single" w:sz="4" w:space="0" w:color="D5DEE6"/>
          <w:left w:val="single" w:sz="4" w:space="0" w:color="D5DEE6"/>
          <w:bottom w:val="single" w:sz="4" w:space="0" w:color="D5DEE6"/>
          <w:right w:val="single" w:sz="4" w:space="0" w:color="D5DEE6"/>
          <w:insideH w:val="single" w:sz="4" w:space="0" w:color="D5DEE6"/>
          <w:insideV w:val="single" w:sz="4" w:space="0" w:color="D5DEE6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A8612C" w:rsidRPr="00B97BF5" w14:paraId="2ABA53EE" w14:textId="77777777">
        <w:trPr>
          <w:jc w:val="center"/>
        </w:trPr>
        <w:tc>
          <w:tcPr>
            <w:tcW w:w="10368" w:type="dxa"/>
            <w:shd w:val="clear" w:color="auto" w:fill="EAF0F4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D986729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b/>
                <w:color w:val="auto"/>
              </w:rPr>
              <w:t>3. TIPO DE SOLICITUD</w:t>
            </w:r>
          </w:p>
        </w:tc>
      </w:tr>
    </w:tbl>
    <w:p w14:paraId="4932A89A" w14:textId="77777777" w:rsidR="00A8612C" w:rsidRPr="00B97BF5" w:rsidRDefault="00A8612C">
      <w:pPr>
        <w:spacing w:after="0"/>
        <w:rPr>
          <w:color w:val="auto"/>
        </w:rPr>
      </w:pPr>
    </w:p>
    <w:tbl>
      <w:tblPr>
        <w:tblW w:w="0" w:type="auto"/>
        <w:jc w:val="center"/>
        <w:tblBorders>
          <w:top w:val="single" w:sz="5" w:space="0" w:color="CCD5DD"/>
          <w:left w:val="single" w:sz="5" w:space="0" w:color="CCD5DD"/>
          <w:bottom w:val="single" w:sz="5" w:space="0" w:color="CCD5DD"/>
          <w:right w:val="single" w:sz="5" w:space="0" w:color="CCD5DD"/>
          <w:insideH w:val="single" w:sz="5" w:space="0" w:color="CCD5DD"/>
          <w:insideV w:val="single" w:sz="5" w:space="0" w:color="CCD5DD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A8612C" w:rsidRPr="00B97BF5" w14:paraId="04A10145" w14:textId="77777777">
        <w:trPr>
          <w:jc w:val="center"/>
        </w:trPr>
        <w:tc>
          <w:tcPr>
            <w:tcW w:w="103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7AFF4D" w14:textId="77777777" w:rsidR="00A8612C" w:rsidRPr="00B97BF5" w:rsidRDefault="006E6561">
            <w:pPr>
              <w:spacing w:after="0"/>
              <w:rPr>
                <w:color w:val="auto"/>
                <w:lang w:val="es-CO"/>
              </w:rPr>
            </w:pPr>
            <w:r w:rsidRPr="00B97BF5">
              <w:rPr>
                <w:color w:val="auto"/>
                <w:sz w:val="17"/>
                <w:lang w:val="es-CO"/>
              </w:rPr>
              <w:t>☐</w:t>
            </w:r>
            <w:r w:rsidRPr="00B97BF5">
              <w:rPr>
                <w:color w:val="auto"/>
                <w:sz w:val="17"/>
                <w:lang w:val="es-CO"/>
              </w:rPr>
              <w:t xml:space="preserve"> Nuevo servicio / conexión     ☐ Reconexión     ☐ Traslado de medidor o punto de conexión</w:t>
            </w:r>
          </w:p>
        </w:tc>
      </w:tr>
      <w:tr w:rsidR="00A8612C" w:rsidRPr="00B97BF5" w14:paraId="1F1FDA48" w14:textId="77777777">
        <w:trPr>
          <w:jc w:val="center"/>
        </w:trPr>
        <w:tc>
          <w:tcPr>
            <w:tcW w:w="103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BA74CE" w14:textId="77777777" w:rsidR="00A8612C" w:rsidRPr="00B97BF5" w:rsidRDefault="006E6561">
            <w:pPr>
              <w:spacing w:after="0"/>
              <w:rPr>
                <w:color w:val="auto"/>
                <w:lang w:val="es-CO"/>
              </w:rPr>
            </w:pPr>
            <w:r w:rsidRPr="00B97BF5">
              <w:rPr>
                <w:color w:val="auto"/>
                <w:sz w:val="17"/>
                <w:lang w:val="es-CO"/>
              </w:rPr>
              <w:t>☐</w:t>
            </w:r>
            <w:r w:rsidRPr="00B97BF5">
              <w:rPr>
                <w:color w:val="auto"/>
                <w:sz w:val="17"/>
                <w:lang w:val="es-CO"/>
              </w:rPr>
              <w:t xml:space="preserve"> Aumento de carga     ☐ Disminución de carga     ☐ Revisión de fallas     ☐ Mantenimiento</w:t>
            </w:r>
          </w:p>
        </w:tc>
      </w:tr>
      <w:tr w:rsidR="00A8612C" w:rsidRPr="00B97BF5" w14:paraId="090A4D35" w14:textId="77777777">
        <w:trPr>
          <w:jc w:val="center"/>
        </w:trPr>
        <w:tc>
          <w:tcPr>
            <w:tcW w:w="103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05AEA9" w14:textId="77777777" w:rsidR="00A8612C" w:rsidRPr="00B97BF5" w:rsidRDefault="006E6561">
            <w:pPr>
              <w:spacing w:after="0"/>
              <w:rPr>
                <w:color w:val="auto"/>
                <w:lang w:val="es-CO"/>
              </w:rPr>
            </w:pPr>
            <w:r w:rsidRPr="00B97BF5">
              <w:rPr>
                <w:color w:val="auto"/>
                <w:sz w:val="17"/>
                <w:lang w:val="es-CO"/>
              </w:rPr>
              <w:t>☐</w:t>
            </w:r>
            <w:r w:rsidRPr="00B97BF5">
              <w:rPr>
                <w:color w:val="auto"/>
                <w:sz w:val="17"/>
                <w:lang w:val="es-CO"/>
              </w:rPr>
              <w:t xml:space="preserve"> Instalación de equipo eléctrico     ☐ Otro: __________________________________________</w:t>
            </w:r>
          </w:p>
        </w:tc>
      </w:tr>
    </w:tbl>
    <w:p w14:paraId="6B40AC7D" w14:textId="77777777" w:rsidR="00A8612C" w:rsidRPr="00B97BF5" w:rsidRDefault="00A8612C">
      <w:pPr>
        <w:spacing w:after="0"/>
        <w:rPr>
          <w:color w:val="auto"/>
          <w:lang w:val="es-CO"/>
        </w:rPr>
      </w:pPr>
    </w:p>
    <w:tbl>
      <w:tblPr>
        <w:tblW w:w="0" w:type="auto"/>
        <w:jc w:val="center"/>
        <w:tblBorders>
          <w:top w:val="single" w:sz="4" w:space="0" w:color="D5DEE6"/>
          <w:left w:val="single" w:sz="4" w:space="0" w:color="D5DEE6"/>
          <w:bottom w:val="single" w:sz="4" w:space="0" w:color="D5DEE6"/>
          <w:right w:val="single" w:sz="4" w:space="0" w:color="D5DEE6"/>
          <w:insideH w:val="single" w:sz="4" w:space="0" w:color="D5DEE6"/>
          <w:insideV w:val="single" w:sz="4" w:space="0" w:color="D5DEE6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A8612C" w:rsidRPr="00B97BF5" w14:paraId="71B7F03B" w14:textId="77777777">
        <w:trPr>
          <w:jc w:val="center"/>
        </w:trPr>
        <w:tc>
          <w:tcPr>
            <w:tcW w:w="10368" w:type="dxa"/>
            <w:shd w:val="clear" w:color="auto" w:fill="EAF0F4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B262721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b/>
                <w:color w:val="auto"/>
              </w:rPr>
              <w:t>4. DESCRIPCIÓN DE LA SOLICITUD</w:t>
            </w:r>
          </w:p>
        </w:tc>
      </w:tr>
    </w:tbl>
    <w:p w14:paraId="38880012" w14:textId="77777777" w:rsidR="00A8612C" w:rsidRPr="00B97BF5" w:rsidRDefault="00A8612C">
      <w:pPr>
        <w:spacing w:after="0"/>
        <w:rPr>
          <w:color w:val="auto"/>
        </w:rPr>
      </w:pPr>
    </w:p>
    <w:tbl>
      <w:tblPr>
        <w:tblW w:w="0" w:type="auto"/>
        <w:jc w:val="center"/>
        <w:tblBorders>
          <w:top w:val="single" w:sz="5" w:space="0" w:color="CCD5DD"/>
          <w:left w:val="single" w:sz="5" w:space="0" w:color="CCD5DD"/>
          <w:bottom w:val="single" w:sz="5" w:space="0" w:color="CCD5DD"/>
          <w:right w:val="single" w:sz="5" w:space="0" w:color="CCD5DD"/>
          <w:insideH w:val="single" w:sz="5" w:space="0" w:color="CCD5DD"/>
          <w:insideV w:val="single" w:sz="5" w:space="0" w:color="CCD5DD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A8612C" w:rsidRPr="00B97BF5" w14:paraId="0620DBA4" w14:textId="77777777">
        <w:trPr>
          <w:jc w:val="center"/>
        </w:trPr>
        <w:tc>
          <w:tcPr>
            <w:tcW w:w="103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4777719" w14:textId="77777777" w:rsidR="00A8612C" w:rsidRPr="00B97BF5" w:rsidRDefault="006E6561">
            <w:pPr>
              <w:spacing w:after="0"/>
              <w:rPr>
                <w:color w:val="auto"/>
                <w:lang w:val="es-CO"/>
              </w:rPr>
            </w:pPr>
            <w:r w:rsidRPr="00B97BF5">
              <w:rPr>
                <w:color w:val="auto"/>
                <w:sz w:val="17"/>
                <w:lang w:val="es-CO"/>
              </w:rPr>
              <w:t>¿Qué requiere? (describa el trabajo o servicio solicitado):</w:t>
            </w:r>
          </w:p>
        </w:tc>
      </w:tr>
      <w:tr w:rsidR="00A8612C" w:rsidRPr="00B97BF5" w14:paraId="7978C7E8" w14:textId="77777777">
        <w:trPr>
          <w:jc w:val="center"/>
        </w:trPr>
        <w:tc>
          <w:tcPr>
            <w:tcW w:w="103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96E916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____________________________________________________________________________________</w:t>
            </w:r>
          </w:p>
        </w:tc>
      </w:tr>
      <w:tr w:rsidR="00A8612C" w:rsidRPr="00B97BF5" w14:paraId="149BED74" w14:textId="77777777">
        <w:trPr>
          <w:jc w:val="center"/>
        </w:trPr>
        <w:tc>
          <w:tcPr>
            <w:tcW w:w="103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99A0419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____________________________________________________________________________________</w:t>
            </w:r>
          </w:p>
        </w:tc>
      </w:tr>
      <w:tr w:rsidR="00A8612C" w:rsidRPr="00B97BF5" w14:paraId="0E733418" w14:textId="77777777">
        <w:trPr>
          <w:jc w:val="center"/>
        </w:trPr>
        <w:tc>
          <w:tcPr>
            <w:tcW w:w="103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CF141B9" w14:textId="77777777" w:rsidR="00A8612C" w:rsidRPr="00B97BF5" w:rsidRDefault="006E6561">
            <w:pPr>
              <w:spacing w:after="0"/>
              <w:rPr>
                <w:color w:val="auto"/>
                <w:lang w:val="es-CO"/>
              </w:rPr>
            </w:pPr>
            <w:r w:rsidRPr="00B97BF5">
              <w:rPr>
                <w:color w:val="auto"/>
                <w:sz w:val="17"/>
                <w:lang w:val="es-CO"/>
              </w:rPr>
              <w:t>¿Para qué se requiere? (indique el propósito o actividad que se realizará):</w:t>
            </w:r>
          </w:p>
        </w:tc>
      </w:tr>
      <w:tr w:rsidR="00A8612C" w:rsidRPr="00B97BF5" w14:paraId="108C7865" w14:textId="77777777">
        <w:trPr>
          <w:jc w:val="center"/>
        </w:trPr>
        <w:tc>
          <w:tcPr>
            <w:tcW w:w="103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A2470B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____________________________________________________________________________________</w:t>
            </w:r>
          </w:p>
        </w:tc>
      </w:tr>
      <w:tr w:rsidR="00A8612C" w:rsidRPr="00B97BF5" w14:paraId="5223AA4A" w14:textId="77777777">
        <w:trPr>
          <w:jc w:val="center"/>
        </w:trPr>
        <w:tc>
          <w:tcPr>
            <w:tcW w:w="103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F376DB" w14:textId="77777777" w:rsidR="00A8612C" w:rsidRPr="00B97BF5" w:rsidRDefault="006E6561">
            <w:pPr>
              <w:spacing w:after="0"/>
              <w:rPr>
                <w:color w:val="auto"/>
                <w:lang w:val="es-CO"/>
              </w:rPr>
            </w:pPr>
            <w:r w:rsidRPr="00B97BF5">
              <w:rPr>
                <w:color w:val="auto"/>
                <w:sz w:val="17"/>
                <w:lang w:val="es-CO"/>
              </w:rPr>
              <w:t>Equipos que instalará o utilizará y potencia requerida, si la conoce: __________________________</w:t>
            </w:r>
          </w:p>
        </w:tc>
      </w:tr>
      <w:tr w:rsidR="00A8612C" w:rsidRPr="00B97BF5" w14:paraId="2C0B11B4" w14:textId="77777777">
        <w:trPr>
          <w:jc w:val="center"/>
        </w:trPr>
        <w:tc>
          <w:tcPr>
            <w:tcW w:w="103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48C71A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____________________________________________________________________________________</w:t>
            </w:r>
          </w:p>
        </w:tc>
      </w:tr>
      <w:tr w:rsidR="00A8612C" w:rsidRPr="00B97BF5" w14:paraId="4FC9785E" w14:textId="77777777">
        <w:trPr>
          <w:jc w:val="center"/>
        </w:trPr>
        <w:tc>
          <w:tcPr>
            <w:tcW w:w="103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FB2F763" w14:textId="77777777" w:rsidR="00A8612C" w:rsidRPr="00B97BF5" w:rsidRDefault="006E6561">
            <w:pPr>
              <w:spacing w:after="0"/>
              <w:rPr>
                <w:color w:val="auto"/>
                <w:lang w:val="es-CO"/>
              </w:rPr>
            </w:pPr>
            <w:r w:rsidRPr="00B97BF5">
              <w:rPr>
                <w:color w:val="auto"/>
                <w:sz w:val="17"/>
                <w:lang w:val="es-CO"/>
              </w:rPr>
              <w:t>Fecha propuesta: ____ / ____ / ______     Horario: ______________     Duración estimada: __________</w:t>
            </w:r>
          </w:p>
        </w:tc>
      </w:tr>
    </w:tbl>
    <w:p w14:paraId="7F1B7B19" w14:textId="77777777" w:rsidR="00A8612C" w:rsidRPr="00B97BF5" w:rsidRDefault="00A8612C">
      <w:pPr>
        <w:spacing w:after="0"/>
        <w:rPr>
          <w:color w:val="auto"/>
          <w:lang w:val="es-CO"/>
        </w:rPr>
      </w:pPr>
    </w:p>
    <w:tbl>
      <w:tblPr>
        <w:tblW w:w="0" w:type="auto"/>
        <w:jc w:val="center"/>
        <w:tblBorders>
          <w:top w:val="single" w:sz="4" w:space="0" w:color="D5DEE6"/>
          <w:left w:val="single" w:sz="4" w:space="0" w:color="D5DEE6"/>
          <w:bottom w:val="single" w:sz="4" w:space="0" w:color="D5DEE6"/>
          <w:right w:val="single" w:sz="4" w:space="0" w:color="D5DEE6"/>
          <w:insideH w:val="single" w:sz="4" w:space="0" w:color="D5DEE6"/>
          <w:insideV w:val="single" w:sz="4" w:space="0" w:color="D5DEE6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A8612C" w:rsidRPr="00B97BF5" w14:paraId="454BF679" w14:textId="77777777">
        <w:trPr>
          <w:jc w:val="center"/>
        </w:trPr>
        <w:tc>
          <w:tcPr>
            <w:tcW w:w="10368" w:type="dxa"/>
            <w:shd w:val="clear" w:color="auto" w:fill="EAF0F4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C4E5CD3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b/>
                <w:color w:val="auto"/>
              </w:rPr>
              <w:t>5. DOCUMENTOS ADJUNTOS</w:t>
            </w:r>
          </w:p>
        </w:tc>
      </w:tr>
    </w:tbl>
    <w:p w14:paraId="0E3B6869" w14:textId="77777777" w:rsidR="00A8612C" w:rsidRPr="00B97BF5" w:rsidRDefault="00A8612C">
      <w:pPr>
        <w:spacing w:after="0"/>
        <w:rPr>
          <w:color w:val="auto"/>
        </w:rPr>
      </w:pPr>
    </w:p>
    <w:tbl>
      <w:tblPr>
        <w:tblW w:w="0" w:type="auto"/>
        <w:jc w:val="center"/>
        <w:tblBorders>
          <w:top w:val="single" w:sz="5" w:space="0" w:color="CCD5DD"/>
          <w:left w:val="single" w:sz="5" w:space="0" w:color="CCD5DD"/>
          <w:bottom w:val="single" w:sz="5" w:space="0" w:color="CCD5DD"/>
          <w:right w:val="single" w:sz="5" w:space="0" w:color="CCD5DD"/>
          <w:insideH w:val="single" w:sz="5" w:space="0" w:color="CCD5DD"/>
          <w:insideV w:val="single" w:sz="5" w:space="0" w:color="CCD5DD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A8612C" w:rsidRPr="00B97BF5" w14:paraId="4E9052B9" w14:textId="77777777">
        <w:trPr>
          <w:jc w:val="center"/>
        </w:trPr>
        <w:tc>
          <w:tcPr>
            <w:tcW w:w="103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8213F91" w14:textId="77777777" w:rsidR="00A8612C" w:rsidRPr="00B97BF5" w:rsidRDefault="006E6561">
            <w:pPr>
              <w:spacing w:after="0"/>
              <w:rPr>
                <w:color w:val="auto"/>
                <w:lang w:val="es-CO"/>
              </w:rPr>
            </w:pPr>
            <w:r w:rsidRPr="00B97BF5">
              <w:rPr>
                <w:color w:val="auto"/>
                <w:sz w:val="17"/>
                <w:lang w:val="es-CO"/>
              </w:rPr>
              <w:t>☐</w:t>
            </w:r>
            <w:r w:rsidRPr="00B97BF5">
              <w:rPr>
                <w:color w:val="auto"/>
                <w:sz w:val="17"/>
                <w:lang w:val="es-CO"/>
              </w:rPr>
              <w:t xml:space="preserve"> Documento de identidad o certificado de existencia     ☐ Autorización del propietario, si aplica</w:t>
            </w:r>
          </w:p>
        </w:tc>
      </w:tr>
      <w:tr w:rsidR="00A8612C" w:rsidRPr="00B97BF5" w14:paraId="6BEDBF32" w14:textId="77777777">
        <w:trPr>
          <w:jc w:val="center"/>
        </w:trPr>
        <w:tc>
          <w:tcPr>
            <w:tcW w:w="103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1C27421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☐</w:t>
            </w:r>
            <w:r w:rsidRPr="00B97BF5">
              <w:rPr>
                <w:color w:val="auto"/>
                <w:sz w:val="17"/>
              </w:rPr>
              <w:t xml:space="preserve"> Plano, </w:t>
            </w:r>
            <w:proofErr w:type="spellStart"/>
            <w:r w:rsidRPr="00B97BF5">
              <w:rPr>
                <w:color w:val="auto"/>
                <w:sz w:val="17"/>
              </w:rPr>
              <w:t>esquema</w:t>
            </w:r>
            <w:proofErr w:type="spellEnd"/>
            <w:r w:rsidRPr="00B97BF5">
              <w:rPr>
                <w:color w:val="auto"/>
                <w:sz w:val="17"/>
              </w:rPr>
              <w:t xml:space="preserve"> o diseño eléctrico, si aplica     ☐ Ficha técnica de equipos, si aplica</w:t>
            </w:r>
          </w:p>
        </w:tc>
      </w:tr>
      <w:tr w:rsidR="00A8612C" w:rsidRPr="00B97BF5" w14:paraId="405EEB5D" w14:textId="77777777">
        <w:trPr>
          <w:jc w:val="center"/>
        </w:trPr>
        <w:tc>
          <w:tcPr>
            <w:tcW w:w="103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CCDD9F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lastRenderedPageBreak/>
              <w:t>☐</w:t>
            </w:r>
            <w:r w:rsidRPr="00B97BF5">
              <w:rPr>
                <w:color w:val="auto"/>
                <w:sz w:val="17"/>
              </w:rPr>
              <w:t xml:space="preserve"> Otros: __________________________________________________________________________</w:t>
            </w:r>
          </w:p>
        </w:tc>
      </w:tr>
    </w:tbl>
    <w:p w14:paraId="14781705" w14:textId="77777777" w:rsidR="00A8612C" w:rsidRPr="00B97BF5" w:rsidRDefault="00A8612C">
      <w:pPr>
        <w:spacing w:after="0"/>
        <w:rPr>
          <w:color w:val="auto"/>
        </w:rPr>
      </w:pPr>
    </w:p>
    <w:tbl>
      <w:tblPr>
        <w:tblW w:w="0" w:type="auto"/>
        <w:jc w:val="center"/>
        <w:tblBorders>
          <w:top w:val="single" w:sz="4" w:space="0" w:color="D5DEE6"/>
          <w:left w:val="single" w:sz="4" w:space="0" w:color="D5DEE6"/>
          <w:bottom w:val="single" w:sz="4" w:space="0" w:color="D5DEE6"/>
          <w:right w:val="single" w:sz="4" w:space="0" w:color="D5DEE6"/>
          <w:insideH w:val="single" w:sz="4" w:space="0" w:color="D5DEE6"/>
          <w:insideV w:val="single" w:sz="4" w:space="0" w:color="D5DEE6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A8612C" w:rsidRPr="00B97BF5" w14:paraId="52E75E31" w14:textId="77777777">
        <w:trPr>
          <w:jc w:val="center"/>
        </w:trPr>
        <w:tc>
          <w:tcPr>
            <w:tcW w:w="10368" w:type="dxa"/>
            <w:shd w:val="clear" w:color="auto" w:fill="EAF0F4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E17D230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b/>
                <w:color w:val="auto"/>
              </w:rPr>
              <w:t>6. DECLARACIÓN Y FIRMA</w:t>
            </w:r>
          </w:p>
        </w:tc>
      </w:tr>
    </w:tbl>
    <w:p w14:paraId="11156714" w14:textId="77777777" w:rsidR="00A8612C" w:rsidRPr="00B97BF5" w:rsidRDefault="00A8612C">
      <w:pPr>
        <w:spacing w:after="0"/>
        <w:rPr>
          <w:color w:val="auto"/>
        </w:rPr>
      </w:pPr>
    </w:p>
    <w:p w14:paraId="7D20259B" w14:textId="77777777" w:rsidR="00A8612C" w:rsidRPr="00B97BF5" w:rsidRDefault="006E6561">
      <w:pPr>
        <w:spacing w:after="80"/>
        <w:rPr>
          <w:color w:val="auto"/>
          <w:lang w:val="es-CO"/>
        </w:rPr>
      </w:pPr>
      <w:r w:rsidRPr="00B97BF5">
        <w:rPr>
          <w:color w:val="auto"/>
          <w:lang w:val="es-CO"/>
        </w:rPr>
        <w:t>Declaro que la información suministrada es correcta. La radicación de esta solicitud no autoriza el inicio de trabajos eléctricos; estos requieren revisión y aprobación de Centroabastos S.A. y deberán ser ejecutados por personal competente, conforme a la normativa aplicable.</w:t>
      </w:r>
    </w:p>
    <w:tbl>
      <w:tblPr>
        <w:tblW w:w="0" w:type="auto"/>
        <w:jc w:val="center"/>
        <w:tblBorders>
          <w:top w:val="single" w:sz="5" w:space="0" w:color="CCD5DD"/>
          <w:left w:val="single" w:sz="5" w:space="0" w:color="CCD5DD"/>
          <w:bottom w:val="single" w:sz="5" w:space="0" w:color="CCD5DD"/>
          <w:right w:val="single" w:sz="5" w:space="0" w:color="CCD5DD"/>
          <w:insideH w:val="single" w:sz="5" w:space="0" w:color="CCD5DD"/>
          <w:insideV w:val="single" w:sz="5" w:space="0" w:color="CCD5DD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8612C" w:rsidRPr="00B97BF5" w14:paraId="24F40579" w14:textId="77777777">
        <w:trPr>
          <w:jc w:val="center"/>
        </w:trPr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4FA61D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Nombre: __________________________________________</w:t>
            </w:r>
          </w:p>
        </w:tc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BA49BA5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Firma: __________________________________</w:t>
            </w:r>
          </w:p>
        </w:tc>
      </w:tr>
      <w:tr w:rsidR="00A8612C" w:rsidRPr="00B97BF5" w14:paraId="3686CB2B" w14:textId="77777777">
        <w:trPr>
          <w:jc w:val="center"/>
        </w:trPr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82C89A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C.C.: _____________________________________________</w:t>
            </w:r>
          </w:p>
        </w:tc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568705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Fecha: ____ / ____ / ______</w:t>
            </w:r>
          </w:p>
        </w:tc>
      </w:tr>
    </w:tbl>
    <w:p w14:paraId="6C2D104D" w14:textId="77777777" w:rsidR="00A8612C" w:rsidRPr="00B97BF5" w:rsidRDefault="00A8612C">
      <w:pPr>
        <w:spacing w:after="0"/>
        <w:rPr>
          <w:color w:val="auto"/>
        </w:rPr>
      </w:pPr>
    </w:p>
    <w:tbl>
      <w:tblPr>
        <w:tblW w:w="0" w:type="auto"/>
        <w:jc w:val="center"/>
        <w:tblBorders>
          <w:top w:val="single" w:sz="4" w:space="0" w:color="D5DEE6"/>
          <w:left w:val="single" w:sz="4" w:space="0" w:color="D5DEE6"/>
          <w:bottom w:val="single" w:sz="4" w:space="0" w:color="D5DEE6"/>
          <w:right w:val="single" w:sz="4" w:space="0" w:color="D5DEE6"/>
          <w:insideH w:val="single" w:sz="4" w:space="0" w:color="D5DEE6"/>
          <w:insideV w:val="single" w:sz="4" w:space="0" w:color="D5DEE6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A8612C" w:rsidRPr="00B97BF5" w14:paraId="3B6924FF" w14:textId="77777777">
        <w:trPr>
          <w:jc w:val="center"/>
        </w:trPr>
        <w:tc>
          <w:tcPr>
            <w:tcW w:w="10368" w:type="dxa"/>
            <w:shd w:val="clear" w:color="auto" w:fill="EAF0F4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D75874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b/>
                <w:color w:val="auto"/>
              </w:rPr>
              <w:t>7. USO INTERNO DE CENTROABASTOS S.A.</w:t>
            </w:r>
          </w:p>
        </w:tc>
      </w:tr>
    </w:tbl>
    <w:p w14:paraId="4BBD0FB8" w14:textId="77777777" w:rsidR="00A8612C" w:rsidRPr="00B97BF5" w:rsidRDefault="00A8612C">
      <w:pPr>
        <w:spacing w:after="0"/>
        <w:rPr>
          <w:color w:val="auto"/>
        </w:rPr>
      </w:pPr>
    </w:p>
    <w:tbl>
      <w:tblPr>
        <w:tblW w:w="0" w:type="auto"/>
        <w:jc w:val="center"/>
        <w:tblBorders>
          <w:top w:val="single" w:sz="5" w:space="0" w:color="CCD5DD"/>
          <w:left w:val="single" w:sz="5" w:space="0" w:color="CCD5DD"/>
          <w:bottom w:val="single" w:sz="5" w:space="0" w:color="CCD5DD"/>
          <w:right w:val="single" w:sz="5" w:space="0" w:color="CCD5DD"/>
          <w:insideH w:val="single" w:sz="5" w:space="0" w:color="CCD5DD"/>
          <w:insideV w:val="single" w:sz="5" w:space="0" w:color="CCD5DD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8612C" w:rsidRPr="00B97BF5" w14:paraId="4C5979D1" w14:textId="77777777">
        <w:trPr>
          <w:jc w:val="center"/>
        </w:trPr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10F1D1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Área responsable: __________________________</w:t>
            </w:r>
          </w:p>
        </w:tc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819AEF3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Fecha de revisión: ____ / ____ / ______</w:t>
            </w:r>
          </w:p>
        </w:tc>
      </w:tr>
      <w:tr w:rsidR="00A8612C" w:rsidRPr="00B97BF5" w14:paraId="3CDCCD60" w14:textId="77777777">
        <w:trPr>
          <w:jc w:val="center"/>
        </w:trPr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A32317" w14:textId="77777777" w:rsidR="00A8612C" w:rsidRPr="00B97BF5" w:rsidRDefault="006E6561">
            <w:pPr>
              <w:spacing w:after="0"/>
              <w:rPr>
                <w:color w:val="auto"/>
                <w:lang w:val="es-CO"/>
              </w:rPr>
            </w:pPr>
            <w:r w:rsidRPr="00B97BF5">
              <w:rPr>
                <w:color w:val="auto"/>
                <w:sz w:val="17"/>
                <w:lang w:val="es-CO"/>
              </w:rPr>
              <w:t>Resultado:  ☐ Aprobada     ☐ Requiere información adicional     ☐ No aprobada</w:t>
            </w:r>
          </w:p>
        </w:tc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085ECDD" w14:textId="77777777" w:rsidR="00A8612C" w:rsidRPr="00B97BF5" w:rsidRDefault="00A8612C">
            <w:pPr>
              <w:spacing w:after="0"/>
              <w:rPr>
                <w:color w:val="auto"/>
                <w:lang w:val="es-CO"/>
              </w:rPr>
            </w:pPr>
          </w:p>
        </w:tc>
      </w:tr>
      <w:tr w:rsidR="00A8612C" w:rsidRPr="00B97BF5" w14:paraId="410B54B5" w14:textId="77777777">
        <w:trPr>
          <w:jc w:val="center"/>
        </w:trPr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DBFB5B6" w14:textId="77777777" w:rsidR="00A8612C" w:rsidRPr="00B97BF5" w:rsidRDefault="006E6561">
            <w:pPr>
              <w:spacing w:after="0"/>
              <w:rPr>
                <w:color w:val="auto"/>
                <w:lang w:val="es-CO"/>
              </w:rPr>
            </w:pPr>
            <w:r w:rsidRPr="00B97BF5">
              <w:rPr>
                <w:color w:val="auto"/>
                <w:sz w:val="17"/>
                <w:lang w:val="es-CO"/>
              </w:rPr>
              <w:t>Observaciones / condiciones para la ejecución:</w:t>
            </w:r>
          </w:p>
        </w:tc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AAFF27" w14:textId="77777777" w:rsidR="00A8612C" w:rsidRPr="00B97BF5" w:rsidRDefault="00A8612C">
            <w:pPr>
              <w:spacing w:after="0"/>
              <w:rPr>
                <w:color w:val="auto"/>
                <w:lang w:val="es-CO"/>
              </w:rPr>
            </w:pPr>
          </w:p>
        </w:tc>
      </w:tr>
      <w:tr w:rsidR="00A8612C" w:rsidRPr="00B97BF5" w14:paraId="114433D5" w14:textId="77777777">
        <w:trPr>
          <w:jc w:val="center"/>
        </w:trPr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ABD7FEA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____________________________________________________________________________________</w:t>
            </w:r>
          </w:p>
        </w:tc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E11DE3" w14:textId="77777777" w:rsidR="00A8612C" w:rsidRPr="00B97BF5" w:rsidRDefault="00A8612C">
            <w:pPr>
              <w:spacing w:after="0"/>
              <w:rPr>
                <w:color w:val="auto"/>
              </w:rPr>
            </w:pPr>
          </w:p>
        </w:tc>
      </w:tr>
      <w:tr w:rsidR="00A8612C" w:rsidRPr="00B97BF5" w14:paraId="14296D20" w14:textId="77777777">
        <w:trPr>
          <w:jc w:val="center"/>
        </w:trPr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08525DC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____________________________________________________________________________________</w:t>
            </w:r>
          </w:p>
        </w:tc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0A2B3D" w14:textId="77777777" w:rsidR="00A8612C" w:rsidRPr="00B97BF5" w:rsidRDefault="00A8612C">
            <w:pPr>
              <w:spacing w:after="0"/>
              <w:rPr>
                <w:color w:val="auto"/>
              </w:rPr>
            </w:pPr>
          </w:p>
        </w:tc>
      </w:tr>
      <w:tr w:rsidR="00A8612C" w:rsidRPr="00B97BF5" w14:paraId="08619941" w14:textId="77777777">
        <w:trPr>
          <w:jc w:val="center"/>
        </w:trPr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44C18D1" w14:textId="77777777" w:rsidR="00A8612C" w:rsidRPr="00B97BF5" w:rsidRDefault="006E6561">
            <w:pPr>
              <w:spacing w:after="0"/>
              <w:rPr>
                <w:color w:val="auto"/>
              </w:rPr>
            </w:pPr>
            <w:r w:rsidRPr="00B97BF5">
              <w:rPr>
                <w:color w:val="auto"/>
                <w:sz w:val="17"/>
              </w:rPr>
              <w:t>Responsable: __________________________  Cargo: __________________  Firma: ______________</w:t>
            </w:r>
          </w:p>
        </w:tc>
        <w:tc>
          <w:tcPr>
            <w:tcW w:w="51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60BDE3" w14:textId="77777777" w:rsidR="00A8612C" w:rsidRPr="00B97BF5" w:rsidRDefault="00A8612C">
            <w:pPr>
              <w:spacing w:after="0"/>
              <w:rPr>
                <w:color w:val="auto"/>
              </w:rPr>
            </w:pPr>
          </w:p>
        </w:tc>
      </w:tr>
    </w:tbl>
    <w:p w14:paraId="2340FE13" w14:textId="77777777" w:rsidR="00A8612C" w:rsidRPr="00B97BF5" w:rsidRDefault="00A8612C">
      <w:pPr>
        <w:spacing w:after="0"/>
        <w:rPr>
          <w:color w:val="auto"/>
        </w:rPr>
      </w:pPr>
    </w:p>
    <w:sectPr w:rsidR="00A8612C" w:rsidRPr="00B97BF5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67151" w14:textId="77777777" w:rsidR="006E6561" w:rsidRDefault="006E6561" w:rsidP="00B97BF5">
      <w:pPr>
        <w:spacing w:after="0"/>
      </w:pPr>
      <w:r>
        <w:separator/>
      </w:r>
    </w:p>
  </w:endnote>
  <w:endnote w:type="continuationSeparator" w:id="0">
    <w:p w14:paraId="3B55BE3E" w14:textId="77777777" w:rsidR="006E6561" w:rsidRDefault="006E6561" w:rsidP="00B97B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4A9C1" w14:textId="77777777" w:rsidR="00B97BF5" w:rsidRDefault="00B97B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8B7DC" w14:textId="77777777" w:rsidR="00B97BF5" w:rsidRDefault="00B97B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C10E6" w14:textId="77777777" w:rsidR="00B97BF5" w:rsidRDefault="00B97B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9B3FD" w14:textId="77777777" w:rsidR="006E6561" w:rsidRDefault="006E6561" w:rsidP="00B97BF5">
      <w:pPr>
        <w:spacing w:after="0"/>
      </w:pPr>
      <w:r>
        <w:separator/>
      </w:r>
    </w:p>
  </w:footnote>
  <w:footnote w:type="continuationSeparator" w:id="0">
    <w:p w14:paraId="473B590A" w14:textId="77777777" w:rsidR="006E6561" w:rsidRDefault="006E6561" w:rsidP="00B97BF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6C093" w14:textId="77777777" w:rsidR="00B97BF5" w:rsidRDefault="00B97B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C7AD0" w14:textId="46539C46" w:rsidR="00B97BF5" w:rsidRDefault="00B97BF5">
    <w:pPr>
      <w:pStyle w:val="Header"/>
    </w:pPr>
  </w:p>
  <w:tbl>
    <w:tblPr>
      <w:tblW w:w="10200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20"/>
      <w:gridCol w:w="4488"/>
      <w:gridCol w:w="2692"/>
    </w:tblGrid>
    <w:tr w:rsidR="00B97BF5" w:rsidRPr="00B97BF5" w14:paraId="429622EA" w14:textId="77777777">
      <w:trPr>
        <w:cantSplit/>
        <w:trHeight w:val="327"/>
      </w:trPr>
      <w:tc>
        <w:tcPr>
          <w:tcW w:w="3022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1C8A101" w14:textId="4214230A" w:rsidR="00B97BF5" w:rsidRPr="00B97BF5" w:rsidRDefault="00B97BF5" w:rsidP="00B97BF5">
          <w:pPr>
            <w:pStyle w:val="Header"/>
            <w:rPr>
              <w:lang w:val="es-ES"/>
            </w:rPr>
          </w:pPr>
          <w:r w:rsidRPr="00B97BF5">
            <w:rPr>
              <w:lang w:val="es-ES"/>
            </w:rPr>
            <w:drawing>
              <wp:anchor distT="0" distB="0" distL="114300" distR="114300" simplePos="0" relativeHeight="251659264" behindDoc="0" locked="0" layoutInCell="1" allowOverlap="0" wp14:anchorId="7150548D" wp14:editId="3F5F3229">
                <wp:simplePos x="0" y="0"/>
                <wp:positionH relativeFrom="column">
                  <wp:posOffset>96520</wp:posOffset>
                </wp:positionH>
                <wp:positionV relativeFrom="paragraph">
                  <wp:posOffset>137160</wp:posOffset>
                </wp:positionV>
                <wp:extent cx="1590675" cy="390525"/>
                <wp:effectExtent l="0" t="0" r="9525" b="9525"/>
                <wp:wrapNone/>
                <wp:docPr id="37675425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0675" cy="390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91" w:type="dxa"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14:paraId="78D57FE6" w14:textId="77777777" w:rsidR="00B97BF5" w:rsidRPr="00B97BF5" w:rsidRDefault="00B97BF5" w:rsidP="00B97BF5">
          <w:pPr>
            <w:pStyle w:val="Header"/>
            <w:jc w:val="center"/>
            <w:rPr>
              <w:b/>
              <w:bCs/>
              <w:lang w:val="es-ES"/>
            </w:rPr>
          </w:pPr>
          <w:r w:rsidRPr="00B97BF5">
            <w:rPr>
              <w:b/>
              <w:bCs/>
              <w:lang w:val="es-ES"/>
            </w:rPr>
            <w:t>CENTROABASTOS S.A.</w:t>
          </w:r>
        </w:p>
      </w:tc>
      <w:tc>
        <w:tcPr>
          <w:tcW w:w="2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19880E8" w14:textId="1A1E5E54" w:rsidR="00B97BF5" w:rsidRPr="00B97BF5" w:rsidRDefault="00B97BF5" w:rsidP="00B97BF5">
          <w:pPr>
            <w:pStyle w:val="Header"/>
            <w:rPr>
              <w:lang w:val="es-ES"/>
            </w:rPr>
          </w:pPr>
          <w:r w:rsidRPr="00B97BF5">
            <w:rPr>
              <w:lang w:val="es-ES"/>
            </w:rPr>
            <w:t>Código: F-GPM-0</w:t>
          </w:r>
          <w:r>
            <w:rPr>
              <w:lang w:val="es-ES"/>
            </w:rPr>
            <w:t>10</w:t>
          </w:r>
        </w:p>
      </w:tc>
    </w:tr>
    <w:tr w:rsidR="00B97BF5" w:rsidRPr="00B97BF5" w14:paraId="4697369F" w14:textId="77777777">
      <w:trPr>
        <w:cantSplit/>
        <w:trHeight w:val="325"/>
      </w:trPr>
      <w:tc>
        <w:tcPr>
          <w:tcW w:w="302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4C654A9" w14:textId="77777777" w:rsidR="00B97BF5" w:rsidRPr="00B97BF5" w:rsidRDefault="00B97BF5" w:rsidP="00B97BF5">
          <w:pPr>
            <w:pStyle w:val="Header"/>
            <w:rPr>
              <w:lang w:val="es-ES"/>
            </w:rPr>
          </w:pPr>
        </w:p>
      </w:tc>
      <w:tc>
        <w:tcPr>
          <w:tcW w:w="4491" w:type="dxa"/>
          <w:vMerge w:val="restart"/>
          <w:tcBorders>
            <w:top w:val="single" w:sz="4" w:space="0" w:color="000000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AA8F38" w14:textId="094AEA73" w:rsidR="00B97BF5" w:rsidRPr="00B97BF5" w:rsidRDefault="00B97BF5" w:rsidP="00B97BF5">
          <w:pPr>
            <w:pStyle w:val="Header"/>
            <w:jc w:val="center"/>
            <w:rPr>
              <w:b/>
              <w:bCs/>
              <w:lang w:val="es-ES"/>
            </w:rPr>
          </w:pPr>
          <w:r w:rsidRPr="00B97BF5">
            <w:rPr>
              <w:b/>
              <w:bCs/>
              <w:lang w:val="es-ES"/>
            </w:rPr>
            <w:t>FORMATO DE SOLICITUD DE SERVICIO DE ENERGÍA ELÉCTRICA</w:t>
          </w:r>
        </w:p>
      </w:tc>
      <w:tc>
        <w:tcPr>
          <w:tcW w:w="2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5451730" w14:textId="77777777" w:rsidR="00B97BF5" w:rsidRPr="00B97BF5" w:rsidRDefault="00B97BF5" w:rsidP="00B97BF5">
          <w:pPr>
            <w:pStyle w:val="Header"/>
            <w:rPr>
              <w:lang w:val="es-ES"/>
            </w:rPr>
          </w:pPr>
          <w:r w:rsidRPr="00B97BF5">
            <w:rPr>
              <w:lang w:val="es-ES"/>
            </w:rPr>
            <w:t>Versión: 1</w:t>
          </w:r>
        </w:p>
      </w:tc>
    </w:tr>
    <w:tr w:rsidR="00B97BF5" w:rsidRPr="00B97BF5" w14:paraId="48DE50FB" w14:textId="77777777">
      <w:trPr>
        <w:cantSplit/>
        <w:trHeight w:val="325"/>
      </w:trPr>
      <w:tc>
        <w:tcPr>
          <w:tcW w:w="302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1755B8" w14:textId="77777777" w:rsidR="00B97BF5" w:rsidRPr="00B97BF5" w:rsidRDefault="00B97BF5" w:rsidP="00B97BF5">
          <w:pPr>
            <w:pStyle w:val="Header"/>
            <w:rPr>
              <w:lang w:val="es-ES"/>
            </w:rPr>
          </w:pPr>
        </w:p>
      </w:tc>
      <w:tc>
        <w:tcPr>
          <w:tcW w:w="4491" w:type="dxa"/>
          <w:vMerge/>
          <w:tcBorders>
            <w:top w:val="single" w:sz="4" w:space="0" w:color="000000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403329" w14:textId="77777777" w:rsidR="00B97BF5" w:rsidRPr="00B97BF5" w:rsidRDefault="00B97BF5" w:rsidP="00B97BF5">
          <w:pPr>
            <w:pStyle w:val="Header"/>
            <w:rPr>
              <w:b/>
              <w:bCs/>
              <w:lang w:val="es-ES"/>
            </w:rPr>
          </w:pPr>
        </w:p>
      </w:tc>
      <w:tc>
        <w:tcPr>
          <w:tcW w:w="2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DF77206" w14:textId="527CB667" w:rsidR="00B97BF5" w:rsidRPr="00B97BF5" w:rsidRDefault="00B97BF5" w:rsidP="00B97BF5">
          <w:pPr>
            <w:pStyle w:val="Header"/>
            <w:rPr>
              <w:lang w:val="es-ES"/>
            </w:rPr>
          </w:pPr>
          <w:r w:rsidRPr="00B97BF5">
            <w:rPr>
              <w:lang w:val="es-ES"/>
            </w:rPr>
            <w:t xml:space="preserve">Fecha: </w:t>
          </w:r>
          <w:r>
            <w:rPr>
              <w:lang w:val="es-ES"/>
            </w:rPr>
            <w:t xml:space="preserve">29 de </w:t>
          </w:r>
          <w:proofErr w:type="gramStart"/>
          <w:r>
            <w:rPr>
              <w:lang w:val="es-ES"/>
            </w:rPr>
            <w:t>Septiembre</w:t>
          </w:r>
          <w:proofErr w:type="gramEnd"/>
          <w:r>
            <w:rPr>
              <w:lang w:val="es-ES"/>
            </w:rPr>
            <w:t xml:space="preserve"> de 2026</w:t>
          </w:r>
        </w:p>
      </w:tc>
    </w:tr>
  </w:tbl>
  <w:p w14:paraId="20C4B3F6" w14:textId="10AC8AC0" w:rsidR="00B97BF5" w:rsidRDefault="00B97BF5">
    <w:pPr>
      <w:pStyle w:val="Header"/>
    </w:pPr>
  </w:p>
  <w:p w14:paraId="288080DE" w14:textId="77777777" w:rsidR="00B97BF5" w:rsidRDefault="00B97B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B5AE0" w14:textId="77777777" w:rsidR="00B97BF5" w:rsidRDefault="00B97B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7749696">
    <w:abstractNumId w:val="8"/>
  </w:num>
  <w:num w:numId="2" w16cid:durableId="1665400855">
    <w:abstractNumId w:val="6"/>
  </w:num>
  <w:num w:numId="3" w16cid:durableId="2104839840">
    <w:abstractNumId w:val="5"/>
  </w:num>
  <w:num w:numId="4" w16cid:durableId="1985699854">
    <w:abstractNumId w:val="4"/>
  </w:num>
  <w:num w:numId="5" w16cid:durableId="1674183542">
    <w:abstractNumId w:val="7"/>
  </w:num>
  <w:num w:numId="6" w16cid:durableId="1545022921">
    <w:abstractNumId w:val="3"/>
  </w:num>
  <w:num w:numId="7" w16cid:durableId="4212605">
    <w:abstractNumId w:val="2"/>
  </w:num>
  <w:num w:numId="8" w16cid:durableId="1994724192">
    <w:abstractNumId w:val="1"/>
  </w:num>
  <w:num w:numId="9" w16cid:durableId="416444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E6561"/>
    <w:rsid w:val="00946974"/>
    <w:rsid w:val="00A8612C"/>
    <w:rsid w:val="00AA1D8D"/>
    <w:rsid w:val="00B47730"/>
    <w:rsid w:val="00B97BF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AC69DA"/>
  <w14:defaultImageDpi w14:val="300"/>
  <w15:docId w15:val="{D9F66EF0-F481-497B-B641-76BB105FF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eastAsia="Arial" w:hAnsi="Arial"/>
      <w:color w:val="232D37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464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solicitud de servicio de energía eléctrica</dc:title>
  <dc:subject>Formato editable para solicitudes de energía en bodegas y locales de Centroabastos S.A.</dc:subject>
  <dc:creator>python-docx</dc:creator>
  <cp:keywords/>
  <dc:description>generated by python-docx</dc:description>
  <cp:lastModifiedBy>Subgerencia de Proyectos Centroabastos</cp:lastModifiedBy>
  <cp:revision>2</cp:revision>
  <dcterms:created xsi:type="dcterms:W3CDTF">2026-09-29T22:00:00Z</dcterms:created>
  <dcterms:modified xsi:type="dcterms:W3CDTF">2026-09-29T22:00:00Z</dcterms:modified>
  <cp:category/>
</cp:coreProperties>
</file>